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-maretto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Rapport om uønsket hendelse (RUH)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13" w:type="dxa"/>
          <w:right w:w="113" w:type="dxa"/>
        </w:tblCellMar>
      </w:tblPr>
      <w:tblGrid>
        <w:gridCol w:w="2300"/>
        <w:gridCol w:w="7112"/>
      </w:tblGrid>
      <w:tr>
        <w:trPr>
          <w:trHeight w:val="620" w:hRule="exac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>Virksomhet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620" w:hRule="exac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>Meldt av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620" w:hRule="exac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>Dato og klokkeslett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620" w:hRule="exac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>Sted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360" w:after="100"/>
      </w:pPr>
      <w:r>
        <w:rPr>
          <w:b/>
        </w:rPr>
        <w:t>Hva skjedde, eller hva er farlig?</w:t>
      </w:r>
      <w:r>
        <w:rPr>
          <w:sz w:val="19"/>
          <w:color w:val="555555"/>
        </w:rPr>
        <w:t xml:space="preserve"> Skriv også hva som ble gjort med en gang.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13" w:type="dxa"/>
          <w:right w:w="113" w:type="dxa"/>
        </w:tblCellMar>
      </w:tblPr>
      <w:tblGrid>
        <w:gridCol w:w="9412"/>
      </w:tblGrid>
      <w:tr>
        <w:trPr>
          <w:trHeight w:val="4300" w:hRule="exact"/>
        </w:trPr>
        <w:tc>
          <w:tcPr>
            <w:tcW w:w="9412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360" w:after="100"/>
      </w:pPr>
      <w:r>
        <w:rPr>
          <w:b/>
        </w:rPr>
        <w:t>Ble noen skadet?</w:t>
      </w:r>
    </w:p>
    <w:p>
      <w:pPr>
        <w:keepNext/>
        <w:spacing w:after="100"/>
      </w:pPr>
      <w:r>
        <w:t xml:space="preserve">☐ Nei     ☐ Ja. Hvem, og hva slags skade: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13" w:type="dxa"/>
          <w:right w:w="113" w:type="dxa"/>
        </w:tblCellMar>
      </w:tblPr>
      <w:tblGrid>
        <w:gridCol w:w="9412"/>
      </w:tblGrid>
      <w:tr>
        <w:trPr>
          <w:trHeight w:val="1100" w:hRule="exact"/>
        </w:trPr>
        <w:tc>
          <w:tcPr>
            <w:tcW w:w="9412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360" w:after="100"/>
      </w:pPr>
      <w:r>
        <w:rPr>
          <w:b/>
        </w:rPr>
        <w:t>Alvorlighetsgrad</w:t>
      </w:r>
      <w:r>
        <w:rPr>
          <w:sz w:val="19"/>
          <w:color w:val="555555"/>
        </w:rPr>
        <w:t xml:space="preserve"> Kryss av for det verste som realistisk kunne ha skjedd.</w:t>
      </w:r>
    </w:p>
    <w:p>
      <w:pPr>
        <w:spacing w:after="60"/>
      </w:pPr>
      <w:r>
        <w:rPr>
          <w:b/>
        </w:rPr>
        <w:t xml:space="preserve">☐ Lav. </w:t>
      </w:r>
      <w:r>
        <w:rPr>
          <w:sz w:val="19"/>
        </w:rPr>
        <w:t>Ingen skade, eller en skade som førstehjelp ordner. Lite søl som rettes med en gang.</w:t>
      </w:r>
    </w:p>
    <w:p>
      <w:pPr>
        <w:spacing w:after="60"/>
      </w:pPr>
      <w:r>
        <w:rPr>
          <w:b/>
        </w:rPr>
        <w:t xml:space="preserve">☐ Middels. </w:t>
      </w:r>
      <w:r>
        <w:rPr>
          <w:sz w:val="19"/>
        </w:rPr>
        <w:t>Skade som krever legebehandling, eller skade på utstyr som må repareres.</w:t>
      </w:r>
    </w:p>
    <w:p>
      <w:pPr>
        <w:spacing w:after="60"/>
      </w:pPr>
      <w:r>
        <w:rPr>
          <w:b/>
        </w:rPr>
        <w:t xml:space="preserve">☐ Høy. </w:t>
      </w:r>
      <w:r>
        <w:rPr>
          <w:sz w:val="19"/>
        </w:rPr>
        <w:t>Alvorlig eller varig skade, som brudd eller sykehusinnleggelse, eller utslipp som når jord, avløp eller vann.</w:t>
      </w:r>
    </w:p>
    <w:p>
      <w:pPr>
        <w:spacing w:after="60"/>
      </w:pPr>
      <w:r>
        <w:rPr>
          <w:b/>
        </w:rPr>
        <w:t xml:space="preserve">☐ Kritisk. </w:t>
      </w:r>
      <w:r>
        <w:rPr>
          <w:sz w:val="19"/>
        </w:rPr>
        <w:t>Dødsfall eller livstruende skade, eller utslipp som gir varig skade på natur eller drikkevann.</w:t>
      </w:r>
    </w:p>
    <w:sectPr w:rsidR="00FC693F" w:rsidRPr="0006063C" w:rsidSect="00034616">
      <w:footerReference w:type="default" r:id="rIdMarettoFooter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-maretto.xml><?xml version="1.0" encoding="utf-8"?>
<w:ft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color w:val="9A9A9A"/>
        <w:sz w:val="16"/>
        <w:szCs w:val="16"/>
      </w:rPr>
      <w:t>maretto.no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ans" w:hAnsi="Liberation Sans" w:eastAsia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Liberation Sans" w:hAnsi="Liberation Sans" w:eastAsia="Liberation Sans" w:cs="Liberation Sans"/>
      <w:b/>
      <w:bCs/>
      <w:color w:val="1A1A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Liberation Sans" w:hAnsi="Liberation Sans" w:eastAsia="Liberation Sans" w:cs="Liberation Sans"/>
      <w:b/>
      <w:bCs/>
      <w:color w:val="1A1A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MarettoFooter" Type="http://schemas.openxmlformats.org/officeDocument/2006/relationships/footer" Target="footer-maretto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om uønsket hendelse (RUH)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